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מבנה וסוגה בטקסט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המידעי ותפקיד כל 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כותבים פותחים פסקה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סוגה (טקסט מידעי) ומטרתה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ומבנה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לעורר סקרנות ואז לענות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למסור מידע עובדתי לקורא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הצגת הנושא הכללי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הכותב רוצה שהקורא ימשיך לקרוא ולחפש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טקסט מידעי מוסר מידע עובדתי ולא רגשות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המבנה המקובל ברוב הטקסטים המידעיים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בדרך כלל כל פסקה עוסקת ברעיון מרכזי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ציפורים מסתמכות למשל על מיקום השמש והכוכבים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נדידה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(הצגת נושא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(עוררת סקרנות אצל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(מוסר מידע עובדתי)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(מסכם את הרעיון המרכזי)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(מעבר ממקום למקום לפי עונה)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המציגה את נושא הטקסט - נדידת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פסקה המסבירה עובדות על 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הפותחת בשאלה כדי לעורר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פסקה העונה על השאלה שנשאלה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 המסכם את הרעיון המרכזי של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פתח בשאלה רלוונטית, ולאחר מכן השיב עליה בצורה ברורה ועניינית בשתיים-שלוש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אמור לציין שהשאלות מעוררות סקרנות, מערבות את הקורא ומכוונות אותו לתוכן הפסקה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שהשאלה נועדה לעורר סקרנות ולהוביל לתשובה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 שמדובר בטקסט מידעי העוסק בעובדות על נדידת ציפורים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פתיחה, גוף וסיום כחלקי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ציפורים במסע ארוך בקול לפני תחילת הדף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לאתר דוגמאות נוספות לשאלות פותחות פסקה בטקסטים מידעיים אחרים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משותפת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מבנה וסוגה בטקסט ציפורים במסע ארוך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הבנת נקרא על הטקסט ציפורים במסע ארוך, טקסט מידעי העוסק בנדידת ציפורים. נתמקד במבנה הטקסט ובסוגה שלו, כלומר באיזה סוג טקסט מדובר ולמה הוא בנוי כך.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ומבנה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הפסקה הרביעית פותחת בשאלה איך הציפורים יודעות לאן לעוף?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לעורר סקרנות ואז לענות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הכותב לא יודע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לבקש מהקוראים לשלוח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סוגה שייך הטקסט ציפורים במסע 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העיקרית של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לשעשע את הקורא בבדיחות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מידע עובדתי לקורא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רגשות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את הקורא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בדרך כלל מופיע בפתיחה של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הצגת הנושא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דעתו האישית של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בתחילת פסקה נועדה לעורר עניין אצל הקוראים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מידעי הכותב תמיד מביע את רגשותיו האישיים ולא עובדות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הטקסט כולל בדרך כלל פתיחה, גוף וסיום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פסקה בטקסט מידעי יכולה לעסוק בכמה נושאים שונים בלי קשר ביניהם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נודדות משתמשות בדרכים שונות כדי למצוא את דרכן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לעורר __________ אצל הקורא, כותבים פותחים לפעמים פסקה בשאלה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שמטרתו למסור מידע עובדתי נקרא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קטע טקסט שמתחיל בשורה חדשה ועוסק ברעיון אחד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הסדר שבו בנוי הטקסט, כולל פתיחה גוף וסיום, נקרא __________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מעבר של ציפורים ממקום למקום לפי עונות השנה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עוררת סקרנות אצל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בתחילת 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מוסר מידע עובדתי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מעבר ממקום למקום לפי 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סיום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הצגת נושא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נדידת ציפורים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מסכם את הרעיון המרכזי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המסבירה עובדות על נדידה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הפותחת בשאלה כדי לעורר סקרנות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המציגה את נושא הטקסט - נדידת ציפורים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המסכם את הרעיון המרכזי של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העונה על השאלה שנשאלה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שפותחת בשאלה מעוררת סקרנות על נושא טבע שבחרתם, ולאחר מכן ענו על השאלה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כותבי טקסטים מידעיים משתמשים לפעמים בשאלות בתוך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השאלה שפותחת את הפסקה הרביעית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הסוגה של הטקסט ציפורים במסע ארוך?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המבנה הבסיסי של 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– מבנה וסוגה בטקסט ציפורים במסע ארוך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